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Учебный образец, не клиентский кейс: комплект результата пилота</w:t>
      </w:r>
    </w:p>
    <w:p>
      <w:r>
        <w:t>Учебный образец, не клиентский кейс. Стороны, объект, суммы, сроки и сведения о работах вымышлены. Образец показывает вид результата пилота. Профильную и юридическую проверку не проходил — использовать как готовый шаблон для настоящего договора нельзя.</w:t>
      </w:r>
    </w:p>
    <w:p>
      <w:r>
        <w:t>Договор: Учебный договор № УО-01/2026 на содержание объекта озеленения «Сквер Учебный».</w:t>
      </w:r>
    </w:p>
    <w:p>
      <w:r>
        <w:t>Период: сентябрь 2026 года (условный отчётный период). Объём пилота: одна группа работ — покос газонов с вывозом скошенной травы.</w:t>
      </w:r>
    </w:p>
    <w:p>
      <w:pPr>
        <w:pStyle w:val="Heading2"/>
      </w:pPr>
      <w:r>
        <w:t>1. Карта обязательств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Требование</w:t>
            </w:r>
          </w:p>
        </w:tc>
        <w:tc>
          <w:tcPr>
            <w:tcW w:type="dxa" w:w="1440"/>
          </w:tcPr>
          <w:p>
            <w:r>
              <w:t>Источник</w:t>
            </w:r>
          </w:p>
        </w:tc>
        <w:tc>
          <w:tcPr>
            <w:tcW w:type="dxa" w:w="1440"/>
          </w:tcPr>
          <w:p>
            <w:r>
              <w:t>Срок</w:t>
            </w:r>
          </w:p>
        </w:tc>
        <w:tc>
          <w:tcPr>
            <w:tcW w:type="dxa" w:w="1440"/>
          </w:tcPr>
          <w:p>
            <w:r>
              <w:t>Кто отвечает</w:t>
            </w:r>
          </w:p>
        </w:tc>
        <w:tc>
          <w:tcPr>
            <w:tcW w:type="dxa" w:w="1440"/>
          </w:tcPr>
          <w:p>
            <w:r>
              <w:t>Чем подтверждается</w:t>
            </w:r>
          </w:p>
        </w:tc>
        <w:tc>
          <w:tcPr>
            <w:tcW w:type="dxa" w:w="1440"/>
          </w:tcPr>
          <w:p>
            <w:r>
              <w:t>Состояние</w:t>
            </w:r>
          </w:p>
        </w:tc>
      </w:tr>
      <w:tr>
        <w:tc>
          <w:tcPr>
            <w:tcW w:type="dxa" w:w="1440"/>
          </w:tcPr>
          <w:p>
            <w:r>
              <w:t>Передать акт сдачи-приёмки в двух экземплярах</w:t>
            </w:r>
          </w:p>
        </w:tc>
        <w:tc>
          <w:tcPr>
            <w:tcW w:type="dxa" w:w="1440"/>
          </w:tcPr>
          <w:p>
            <w:r>
              <w:t>п. 3.1 «а», Приложение 3</w:t>
            </w:r>
          </w:p>
        </w:tc>
        <w:tc>
          <w:tcPr>
            <w:tcW w:type="dxa" w:w="1440"/>
          </w:tcPr>
          <w:p>
            <w:r>
              <w:t>до 5-го рабочего дня октября</w:t>
            </w:r>
          </w:p>
        </w:tc>
        <w:tc>
          <w:tcPr>
            <w:tcW w:type="dxa" w:w="1440"/>
          </w:tcPr>
          <w:p>
            <w:r>
              <w:t>подрядчик</w:t>
            </w:r>
          </w:p>
        </w:tc>
        <w:tc>
          <w:tcPr>
            <w:tcW w:type="dxa" w:w="1440"/>
          </w:tcPr>
          <w:p>
            <w:r>
              <w:t>акт по форме Приложения 3</w:t>
            </w:r>
          </w:p>
        </w:tc>
        <w:tc>
          <w:tcPr>
            <w:tcW w:type="dxa" w:w="1440"/>
          </w:tcPr>
          <w:p>
            <w:r>
              <w:t>проект подготовлен, ждёт утверждения клиентом</w:t>
            </w:r>
          </w:p>
        </w:tc>
      </w:tr>
      <w:tr>
        <w:tc>
          <w:tcPr>
            <w:tcW w:type="dxa" w:w="1440"/>
          </w:tcPr>
          <w:p>
            <w:r>
              <w:t>Передать отчёт о выполненных работах</w:t>
            </w:r>
          </w:p>
        </w:tc>
        <w:tc>
          <w:tcPr>
            <w:tcW w:type="dxa" w:w="1440"/>
          </w:tcPr>
          <w:p>
            <w:r>
              <w:t>п. 3.1 «б», Приложение 4</w:t>
            </w:r>
          </w:p>
        </w:tc>
        <w:tc>
          <w:tcPr>
            <w:tcW w:type="dxa" w:w="1440"/>
          </w:tcPr>
          <w:p>
            <w:r>
              <w:t>до 5-го рабочего дня октября</w:t>
            </w:r>
          </w:p>
        </w:tc>
        <w:tc>
          <w:tcPr>
            <w:tcW w:type="dxa" w:w="1440"/>
          </w:tcPr>
          <w:p>
            <w:r>
              <w:t>подрядчик</w:t>
            </w:r>
          </w:p>
        </w:tc>
        <w:tc>
          <w:tcPr>
            <w:tcW w:type="dxa" w:w="1440"/>
          </w:tcPr>
          <w:p>
            <w:r>
              <w:t>отчёт по форме Приложения 4</w:t>
            </w:r>
          </w:p>
        </w:tc>
        <w:tc>
          <w:tcPr>
            <w:tcW w:type="dxa" w:w="1440"/>
          </w:tcPr>
          <w:p>
            <w:r>
              <w:t>форма не получена — запрошена</w:t>
            </w:r>
          </w:p>
        </w:tc>
      </w:tr>
      <w:tr>
        <w:tc>
          <w:tcPr>
            <w:tcW w:type="dxa" w:w="1440"/>
          </w:tcPr>
          <w:p>
            <w:r>
              <w:t>Приложить фотографии до и после с датой и участком</w:t>
            </w:r>
          </w:p>
        </w:tc>
        <w:tc>
          <w:tcPr>
            <w:tcW w:type="dxa" w:w="1440"/>
          </w:tcPr>
          <w:p>
            <w:r>
              <w:t>п. 3.1 «в», п. 4.3</w:t>
            </w:r>
          </w:p>
        </w:tc>
        <w:tc>
          <w:tcPr>
            <w:tcW w:type="dxa" w:w="1440"/>
          </w:tcPr>
          <w:p>
            <w:r>
              <w:t>вместе с актом</w:t>
            </w:r>
          </w:p>
        </w:tc>
        <w:tc>
          <w:tcPr>
            <w:tcW w:type="dxa" w:w="1440"/>
          </w:tcPr>
          <w:p>
            <w:r>
              <w:t>подрядчик (бригада)</w:t>
            </w:r>
          </w:p>
        </w:tc>
        <w:tc>
          <w:tcPr>
            <w:tcW w:type="dxa" w:w="1440"/>
          </w:tcPr>
          <w:p>
            <w:r>
              <w:t>фотографии с датой и номером участка</w:t>
            </w:r>
          </w:p>
        </w:tc>
        <w:tc>
          <w:tcPr>
            <w:tcW w:type="dxa" w:w="1440"/>
          </w:tcPr>
          <w:p>
            <w:r>
              <w:t>по участку 3 нет фото «после»</w:t>
            </w:r>
          </w:p>
        </w:tc>
      </w:tr>
      <w:tr>
        <w:tc>
          <w:tcPr>
            <w:tcW w:type="dxa" w:w="1440"/>
          </w:tcPr>
          <w:p>
            <w:r>
              <w:t>Приложить копию журнала производства работ</w:t>
            </w:r>
          </w:p>
        </w:tc>
        <w:tc>
          <w:tcPr>
            <w:tcW w:type="dxa" w:w="1440"/>
          </w:tcPr>
          <w:p>
            <w:r>
              <w:t>п. 3.1 «г»</w:t>
            </w:r>
          </w:p>
        </w:tc>
        <w:tc>
          <w:tcPr>
            <w:tcW w:type="dxa" w:w="1440"/>
          </w:tcPr>
          <w:p>
            <w:r>
              <w:t>вместе с актом</w:t>
            </w:r>
          </w:p>
        </w:tc>
        <w:tc>
          <w:tcPr>
            <w:tcW w:type="dxa" w:w="1440"/>
          </w:tcPr>
          <w:p>
            <w:r>
              <w:t>подрядчик</w:t>
            </w:r>
          </w:p>
        </w:tc>
        <w:tc>
          <w:tcPr>
            <w:tcW w:type="dxa" w:w="1440"/>
          </w:tcPr>
          <w:p>
            <w:r>
              <w:t>копия страниц журнала за период</w:t>
            </w:r>
          </w:p>
        </w:tc>
        <w:tc>
          <w:tcPr>
            <w:tcW w:type="dxa" w:w="1440"/>
          </w:tcPr>
          <w:p>
            <w:r>
              <w:t>получена от клиента</w:t>
            </w:r>
          </w:p>
        </w:tc>
      </w:tr>
      <w:tr>
        <w:tc>
          <w:tcPr>
            <w:tcW w:type="dxa" w:w="1440"/>
          </w:tcPr>
          <w:p>
            <w:r>
              <w:t>Высота газона после покоса 4–6 см</w:t>
            </w:r>
          </w:p>
        </w:tc>
        <w:tc>
          <w:tcPr>
            <w:tcW w:type="dxa" w:w="1440"/>
          </w:tcPr>
          <w:p>
            <w:r>
              <w:t>п. 4.1</w:t>
            </w:r>
          </w:p>
        </w:tc>
        <w:tc>
          <w:tcPr>
            <w:tcW w:type="dxa" w:w="1440"/>
          </w:tcPr>
          <w:p>
            <w:r>
              <w:t>при каждом покосе</w:t>
            </w:r>
          </w:p>
        </w:tc>
        <w:tc>
          <w:tcPr>
            <w:tcW w:type="dxa" w:w="1440"/>
          </w:tcPr>
          <w:p>
            <w:r>
              <w:t>подрядчик</w:t>
            </w:r>
          </w:p>
        </w:tc>
        <w:tc>
          <w:tcPr>
            <w:tcW w:type="dxa" w:w="1440"/>
          </w:tcPr>
          <w:p>
            <w:r>
              <w:t>запись в журнале, фото</w:t>
            </w:r>
          </w:p>
        </w:tc>
        <w:tc>
          <w:tcPr>
            <w:tcW w:type="dxa" w:w="1440"/>
          </w:tcPr>
          <w:p>
            <w:r>
              <w:t>в журнале высота не записана — уточняется</w:t>
            </w:r>
          </w:p>
        </w:tc>
      </w:tr>
      <w:tr>
        <w:tc>
          <w:tcPr>
            <w:tcW w:type="dxa" w:w="1440"/>
          </w:tcPr>
          <w:p>
            <w:r>
              <w:t>Вывоз скошенной травы в день работ</w:t>
            </w:r>
          </w:p>
        </w:tc>
        <w:tc>
          <w:tcPr>
            <w:tcW w:type="dxa" w:w="1440"/>
          </w:tcPr>
          <w:p>
            <w:r>
              <w:t>п. 4.2, ТЗ 2.3</w:t>
            </w:r>
          </w:p>
        </w:tc>
        <w:tc>
          <w:tcPr>
            <w:tcW w:type="dxa" w:w="1440"/>
          </w:tcPr>
          <w:p>
            <w:r>
              <w:t>в день покоса</w:t>
            </w:r>
          </w:p>
        </w:tc>
        <w:tc>
          <w:tcPr>
            <w:tcW w:type="dxa" w:w="1440"/>
          </w:tcPr>
          <w:p>
            <w:r>
              <w:t>подрядчик</w:t>
            </w:r>
          </w:p>
        </w:tc>
        <w:tc>
          <w:tcPr>
            <w:tcW w:type="dxa" w:w="1440"/>
          </w:tcPr>
          <w:p>
            <w:r>
              <w:t>запись в журнале и фото погрузки</w:t>
            </w:r>
          </w:p>
        </w:tc>
        <w:tc>
          <w:tcPr>
            <w:tcW w:type="dxa" w:w="1440"/>
          </w:tcPr>
          <w:p>
            <w:r>
              <w:t>по 12.09 фото погрузки нет</w:t>
            </w:r>
          </w:p>
        </w:tc>
      </w:tr>
      <w:tr>
        <w:tc>
          <w:tcPr>
            <w:tcW w:type="dxa" w:w="1440"/>
          </w:tcPr>
          <w:p>
            <w:r>
              <w:t>Покос на площади 8 400 кв. м, участки 1–4</w:t>
            </w:r>
          </w:p>
        </w:tc>
        <w:tc>
          <w:tcPr>
            <w:tcW w:type="dxa" w:w="1440"/>
          </w:tcPr>
          <w:p>
            <w:r>
              <w:t>ТЗ 2.1</w:t>
            </w:r>
          </w:p>
        </w:tc>
        <w:tc>
          <w:tcPr>
            <w:tcW w:type="dxa" w:w="1440"/>
          </w:tcPr>
          <w:p>
            <w:r>
              <w:t>по мере отрастания (п. 4.1)</w:t>
            </w:r>
          </w:p>
        </w:tc>
        <w:tc>
          <w:tcPr>
            <w:tcW w:type="dxa" w:w="1440"/>
          </w:tcPr>
          <w:p>
            <w:r>
              <w:t>подрядчик</w:t>
            </w:r>
          </w:p>
        </w:tc>
        <w:tc>
          <w:tcPr>
            <w:tcW w:type="dxa" w:w="1440"/>
          </w:tcPr>
          <w:p>
            <w:r>
              <w:t>журнал, отчёт</w:t>
            </w:r>
          </w:p>
        </w:tc>
        <w:tc>
          <w:tcPr>
            <w:tcW w:type="dxa" w:w="1440"/>
          </w:tcPr>
          <w:p>
            <w:r>
              <w:t>фактическую площадь подтверждает клиент — не подтверждено</w:t>
            </w:r>
          </w:p>
        </w:tc>
      </w:tr>
      <w:tr>
        <w:tc>
          <w:tcPr>
            <w:tcW w:type="dxa" w:w="1440"/>
          </w:tcPr>
          <w:p>
            <w:r>
              <w:t>Санитарная обрезка кустарников</w:t>
            </w:r>
          </w:p>
        </w:tc>
        <w:tc>
          <w:tcPr>
            <w:tcW w:type="dxa" w:w="1440"/>
          </w:tcPr>
          <w:p>
            <w:r>
              <w:t>ТЗ 2.2</w:t>
            </w:r>
          </w:p>
        </w:tc>
        <w:tc>
          <w:tcPr>
            <w:tcW w:type="dxa" w:w="1440"/>
          </w:tcPr>
          <w:p>
            <w:r>
              <w:t>не установлено</w:t>
            </w:r>
          </w:p>
        </w:tc>
        <w:tc>
          <w:tcPr>
            <w:tcW w:type="dxa" w:w="1440"/>
          </w:tcPr>
          <w:p>
            <w:r>
              <w:t>не установлено</w:t>
            </w:r>
          </w:p>
        </w:tc>
        <w:tc>
          <w:tcPr>
            <w:tcW w:type="dxa" w:w="1440"/>
          </w:tcPr>
          <w:p>
            <w:r>
              <w:t>не установлено</w:t>
            </w:r>
          </w:p>
        </w:tc>
        <w:tc>
          <w:tcPr>
            <w:tcW w:type="dxa" w:w="1440"/>
          </w:tcPr>
          <w:p>
            <w:r>
              <w:t>в ТЗ нет объёма и срока; заявок заказчика за период клиент не передал</w:t>
            </w:r>
          </w:p>
        </w:tc>
      </w:tr>
      <w:tr>
        <w:tc>
          <w:tcPr>
            <w:tcW w:type="dxa" w:w="1440"/>
          </w:tcPr>
          <w:p>
            <w:r>
              <w:t>Передать документы с сопроводительным письмом в канцелярию</w:t>
            </w:r>
          </w:p>
        </w:tc>
        <w:tc>
          <w:tcPr>
            <w:tcW w:type="dxa" w:w="1440"/>
          </w:tcPr>
          <w:p>
            <w:r>
              <w:t>п. 3.4</w:t>
            </w:r>
          </w:p>
        </w:tc>
        <w:tc>
          <w:tcPr>
            <w:tcW w:type="dxa" w:w="1440"/>
          </w:tcPr>
          <w:p>
            <w:r>
              <w:t>вместе с актом</w:t>
            </w:r>
          </w:p>
        </w:tc>
        <w:tc>
          <w:tcPr>
            <w:tcW w:type="dxa" w:w="1440"/>
          </w:tcPr>
          <w:p>
            <w:r>
              <w:t>подрядчик</w:t>
            </w:r>
          </w:p>
        </w:tc>
        <w:tc>
          <w:tcPr>
            <w:tcW w:type="dxa" w:w="1440"/>
          </w:tcPr>
          <w:p>
            <w:r>
              <w:t>отметка канцелярии о получении</w:t>
            </w:r>
          </w:p>
        </w:tc>
        <w:tc>
          <w:tcPr>
            <w:tcW w:type="dxa" w:w="1440"/>
          </w:tcPr>
          <w:p>
            <w:r>
              <w:t>проект письма подготовлен</w:t>
            </w:r>
          </w:p>
        </w:tc>
      </w:tr>
      <w:tr>
        <w:tc>
          <w:tcPr>
            <w:tcW w:type="dxa" w:w="1440"/>
          </w:tcPr>
          <w:p>
            <w:r>
              <w:t>Устранить замечания заказчика</w:t>
            </w:r>
          </w:p>
        </w:tc>
        <w:tc>
          <w:tcPr>
            <w:tcW w:type="dxa" w:w="1440"/>
          </w:tcPr>
          <w:p>
            <w:r>
              <w:t>п. 3.3</w:t>
            </w:r>
          </w:p>
        </w:tc>
        <w:tc>
          <w:tcPr>
            <w:tcW w:type="dxa" w:w="1440"/>
          </w:tcPr>
          <w:p>
            <w:r>
              <w:t>срок заказчика; если не указан — 3 рабочих дня</w:t>
            </w:r>
          </w:p>
        </w:tc>
        <w:tc>
          <w:tcPr>
            <w:tcW w:type="dxa" w:w="1440"/>
          </w:tcPr>
          <w:p>
            <w:r>
              <w:t>подрядчик</w:t>
            </w:r>
          </w:p>
        </w:tc>
        <w:tc>
          <w:tcPr>
            <w:tcW w:type="dxa" w:w="1440"/>
          </w:tcPr>
          <w:p>
            <w:r>
              <w:t>ответ на замечания</w:t>
            </w:r>
          </w:p>
        </w:tc>
        <w:tc>
          <w:tcPr>
            <w:tcW w:type="dxa" w:w="1440"/>
          </w:tcPr>
          <w:p>
            <w:r>
              <w:t>см. реестр замечаний</w:t>
            </w:r>
          </w:p>
        </w:tc>
      </w:tr>
    </w:tbl>
    <w:p>
      <w:pPr>
        <w:pStyle w:val="Heading2"/>
      </w:pPr>
      <w:r>
        <w:t>2. Недостающие документы и подтверждения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Чего не хватает</w:t>
            </w:r>
          </w:p>
        </w:tc>
        <w:tc>
          <w:tcPr>
            <w:tcW w:type="dxa" w:w="1728"/>
          </w:tcPr>
          <w:p>
            <w:r>
              <w:t>Зачем нужно</w:t>
            </w:r>
          </w:p>
        </w:tc>
        <w:tc>
          <w:tcPr>
            <w:tcW w:type="dxa" w:w="1728"/>
          </w:tcPr>
          <w:p>
            <w:r>
              <w:t>Источник требования</w:t>
            </w:r>
          </w:p>
        </w:tc>
        <w:tc>
          <w:tcPr>
            <w:tcW w:type="dxa" w:w="1728"/>
          </w:tcPr>
          <w:p>
            <w:r>
              <w:t>У кого запросить</w:t>
            </w:r>
          </w:p>
        </w:tc>
        <w:tc>
          <w:tcPr>
            <w:tcW w:type="dxa" w:w="1728"/>
          </w:tcPr>
          <w:p>
            <w:r>
              <w:t>Состояние</w:t>
            </w:r>
          </w:p>
        </w:tc>
      </w:tr>
      <w:tr>
        <w:tc>
          <w:tcPr>
            <w:tcW w:type="dxa" w:w="1728"/>
          </w:tcPr>
          <w:p>
            <w:r>
              <w:t>Приложение 4 — форма отчёта о выполненных работах</w:t>
            </w:r>
          </w:p>
        </w:tc>
        <w:tc>
          <w:tcPr>
            <w:tcW w:type="dxa" w:w="1728"/>
          </w:tcPr>
          <w:p>
            <w:r>
              <w:t>без формы отчёт нельзя подготовить так, как требует договор</w:t>
            </w:r>
          </w:p>
        </w:tc>
        <w:tc>
          <w:tcPr>
            <w:tcW w:type="dxa" w:w="1728"/>
          </w:tcPr>
          <w:p>
            <w:r>
              <w:t>п. 3.1 «б»</w:t>
            </w:r>
          </w:p>
        </w:tc>
        <w:tc>
          <w:tcPr>
            <w:tcW w:type="dxa" w:w="1728"/>
          </w:tcPr>
          <w:p>
            <w:r>
              <w:t>ответственный клиента по договору</w:t>
            </w:r>
          </w:p>
        </w:tc>
        <w:tc>
          <w:tcPr>
            <w:tcW w:type="dxa" w:w="1728"/>
          </w:tcPr>
          <w:p>
            <w:r>
              <w:t>запрошено</w:t>
            </w:r>
          </w:p>
        </w:tc>
      </w:tr>
      <w:tr>
        <w:tc>
          <w:tcPr>
            <w:tcW w:type="dxa" w:w="1728"/>
          </w:tcPr>
          <w:p>
            <w:r>
              <w:t>Приложение 2 — график полива</w:t>
            </w:r>
          </w:p>
        </w:tc>
        <w:tc>
          <w:tcPr>
            <w:tcW w:type="dxa" w:w="1728"/>
          </w:tcPr>
          <w:p>
            <w:r>
              <w:t>полив в пилот не входит; нужно только чтобы проверить, нет ли пересечений с покосом</w:t>
            </w:r>
          </w:p>
        </w:tc>
        <w:tc>
          <w:tcPr>
            <w:tcW w:type="dxa" w:w="1728"/>
          </w:tcPr>
          <w:p>
            <w:r>
              <w:t>п. 4.4</w:t>
            </w:r>
          </w:p>
        </w:tc>
        <w:tc>
          <w:tcPr>
            <w:tcW w:type="dxa" w:w="1728"/>
          </w:tcPr>
          <w:p>
            <w:r>
              <w:t>ответственный клиента по договору</w:t>
            </w:r>
          </w:p>
        </w:tc>
        <w:tc>
          <w:tcPr>
            <w:tcW w:type="dxa" w:w="1728"/>
          </w:tcPr>
          <w:p>
            <w:r>
              <w:t>запрошено, на срок пилота не влияет</w:t>
            </w:r>
          </w:p>
        </w:tc>
      </w:tr>
      <w:tr>
        <w:tc>
          <w:tcPr>
            <w:tcW w:type="dxa" w:w="1728"/>
          </w:tcPr>
          <w:p>
            <w:r>
              <w:t>Фото «после» по участку 3</w:t>
            </w:r>
          </w:p>
        </w:tc>
        <w:tc>
          <w:tcPr>
            <w:tcW w:type="dxa" w:w="1728"/>
          </w:tcPr>
          <w:p>
            <w:r>
              <w:t>требование фотофиксации каждой работы</w:t>
            </w:r>
          </w:p>
        </w:tc>
        <w:tc>
          <w:tcPr>
            <w:tcW w:type="dxa" w:w="1728"/>
          </w:tcPr>
          <w:p>
            <w:r>
              <w:t>п. 4.3</w:t>
            </w:r>
          </w:p>
        </w:tc>
        <w:tc>
          <w:tcPr>
            <w:tcW w:type="dxa" w:w="1728"/>
          </w:tcPr>
          <w:p>
            <w:r>
              <w:t>бригадир</w:t>
            </w:r>
          </w:p>
        </w:tc>
        <w:tc>
          <w:tcPr>
            <w:tcW w:type="dxa" w:w="1728"/>
          </w:tcPr>
          <w:p>
            <w:r>
              <w:t>запрошено</w:t>
            </w:r>
          </w:p>
        </w:tc>
      </w:tr>
      <w:tr>
        <w:tc>
          <w:tcPr>
            <w:tcW w:type="dxa" w:w="1728"/>
          </w:tcPr>
          <w:p>
            <w:r>
              <w:t>Фото погрузки травы за 12.09</w:t>
            </w:r>
          </w:p>
        </w:tc>
        <w:tc>
          <w:tcPr>
            <w:tcW w:type="dxa" w:w="1728"/>
          </w:tcPr>
          <w:p>
            <w:r>
              <w:t>подтверждение вывоза в день работ</w:t>
            </w:r>
          </w:p>
        </w:tc>
        <w:tc>
          <w:tcPr>
            <w:tcW w:type="dxa" w:w="1728"/>
          </w:tcPr>
          <w:p>
            <w:r>
              <w:t>п. 4.2, ТЗ 2.3</w:t>
            </w:r>
          </w:p>
        </w:tc>
        <w:tc>
          <w:tcPr>
            <w:tcW w:type="dxa" w:w="1728"/>
          </w:tcPr>
          <w:p>
            <w:r>
              <w:t>бригадир</w:t>
            </w:r>
          </w:p>
        </w:tc>
        <w:tc>
          <w:tcPr>
            <w:tcW w:type="dxa" w:w="1728"/>
          </w:tcPr>
          <w:p>
            <w:r>
              <w:t>запрошено</w:t>
            </w:r>
          </w:p>
        </w:tc>
      </w:tr>
      <w:tr>
        <w:tc>
          <w:tcPr>
            <w:tcW w:type="dxa" w:w="1728"/>
          </w:tcPr>
          <w:p>
            <w:r>
              <w:t>Высота газона после покоса</w:t>
            </w:r>
          </w:p>
        </w:tc>
        <w:tc>
          <w:tcPr>
            <w:tcW w:type="dxa" w:w="1728"/>
          </w:tcPr>
          <w:p>
            <w:r>
              <w:t>договор требует 4–6 см, в журнале значение не записано</w:t>
            </w:r>
          </w:p>
        </w:tc>
        <w:tc>
          <w:tcPr>
            <w:tcW w:type="dxa" w:w="1728"/>
          </w:tcPr>
          <w:p>
            <w:r>
              <w:t>п. 4.1</w:t>
            </w:r>
          </w:p>
        </w:tc>
        <w:tc>
          <w:tcPr>
            <w:tcW w:type="dxa" w:w="1728"/>
          </w:tcPr>
          <w:p>
            <w:r>
              <w:t>бригадир, подтверждает клиент</w:t>
            </w:r>
          </w:p>
        </w:tc>
        <w:tc>
          <w:tcPr>
            <w:tcW w:type="dxa" w:w="1728"/>
          </w:tcPr>
          <w:p>
            <w:r>
              <w:t>запрошено</w:t>
            </w:r>
          </w:p>
        </w:tc>
      </w:tr>
      <w:tr>
        <w:tc>
          <w:tcPr>
            <w:tcW w:type="dxa" w:w="1728"/>
          </w:tcPr>
          <w:p>
            <w:r>
              <w:t>Подтверждение фактической площади покоса</w:t>
            </w:r>
          </w:p>
        </w:tc>
        <w:tc>
          <w:tcPr>
            <w:tcW w:type="dxa" w:w="1728"/>
          </w:tcPr>
          <w:p>
            <w:r>
              <w:t>в акт идёт площадь; её подтверждает только клиент</w:t>
            </w:r>
          </w:p>
        </w:tc>
        <w:tc>
          <w:tcPr>
            <w:tcW w:type="dxa" w:w="1728"/>
          </w:tcPr>
          <w:p>
            <w:r>
              <w:t>ТЗ 2.1</w:t>
            </w:r>
          </w:p>
        </w:tc>
        <w:tc>
          <w:tcPr>
            <w:tcW w:type="dxa" w:w="1728"/>
          </w:tcPr>
          <w:p>
            <w:r>
              <w:t>руководитель клиента или ПТО</w:t>
            </w:r>
          </w:p>
        </w:tc>
        <w:tc>
          <w:tcPr>
            <w:tcW w:type="dxa" w:w="1728"/>
          </w:tcPr>
          <w:p>
            <w:r>
              <w:t>ждёт клиента</w:t>
            </w:r>
          </w:p>
        </w:tc>
      </w:tr>
    </w:tbl>
    <w:p>
      <w:pPr>
        <w:pStyle w:val="Heading2"/>
      </w:pPr>
      <w:r>
        <w:t>3. Реестр замечаний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№</w:t>
            </w:r>
          </w:p>
        </w:tc>
        <w:tc>
          <w:tcPr>
            <w:tcW w:type="dxa" w:w="1728"/>
          </w:tcPr>
          <w:p>
            <w:r>
              <w:t>Замечание заказчика (условное)</w:t>
            </w:r>
          </w:p>
        </w:tc>
        <w:tc>
          <w:tcPr>
            <w:tcW w:type="dxa" w:w="1728"/>
          </w:tcPr>
          <w:p>
            <w:r>
              <w:t>К чему относится</w:t>
            </w:r>
          </w:p>
        </w:tc>
        <w:tc>
          <w:tcPr>
            <w:tcW w:type="dxa" w:w="1728"/>
          </w:tcPr>
          <w:p>
            <w:r>
              <w:t>Что сделано</w:t>
            </w:r>
          </w:p>
        </w:tc>
        <w:tc>
          <w:tcPr>
            <w:tcW w:type="dxa" w:w="1728"/>
          </w:tcPr>
          <w:p>
            <w:r>
              <w:t>Состояние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В акте за август не указаны номера участков</w:t>
            </w:r>
          </w:p>
        </w:tc>
        <w:tc>
          <w:tcPr>
            <w:tcW w:type="dxa" w:w="1728"/>
          </w:tcPr>
          <w:p>
            <w:r>
              <w:t>п. 3.1 «а», Приложение 3</w:t>
            </w:r>
          </w:p>
        </w:tc>
        <w:tc>
          <w:tcPr>
            <w:tcW w:type="dxa" w:w="1728"/>
          </w:tcPr>
          <w:p>
            <w:r>
              <w:t>в проект акта за сентябрь добавлена разбивка по участкам 1–4</w:t>
            </w:r>
          </w:p>
        </w:tc>
        <w:tc>
          <w:tcPr>
            <w:tcW w:type="dxa" w:w="1728"/>
          </w:tcPr>
          <w:p>
            <w:r>
              <w:t>учтено в проекте акта; устранено ли замечание, подтверждает заказчик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Нет фотографий «после» по части участков</w:t>
            </w:r>
          </w:p>
        </w:tc>
        <w:tc>
          <w:tcPr>
            <w:tcW w:type="dxa" w:w="1728"/>
          </w:tcPr>
          <w:p>
            <w:r>
              <w:t>п. 4.3</w:t>
            </w:r>
          </w:p>
        </w:tc>
        <w:tc>
          <w:tcPr>
            <w:tcW w:type="dxa" w:w="1728"/>
          </w:tcPr>
          <w:p>
            <w:r>
              <w:t>составлен список недостающих фото, запрошены у бригадира</w:t>
            </w:r>
          </w:p>
        </w:tc>
        <w:tc>
          <w:tcPr>
            <w:tcW w:type="dxa" w:w="1728"/>
          </w:tcPr>
          <w:p>
            <w:r>
              <w:t>не устранено — ждёт клиента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Площадь покоса в акте больше, чем в ведомости заказчика</w:t>
            </w:r>
          </w:p>
        </w:tc>
        <w:tc>
          <w:tcPr>
            <w:tcW w:type="dxa" w:w="1728"/>
          </w:tcPr>
          <w:p>
            <w:r>
              <w:t>ТЗ 2.1</w:t>
            </w:r>
          </w:p>
        </w:tc>
        <w:tc>
          <w:tcPr>
            <w:tcW w:type="dxa" w:w="1728"/>
          </w:tcPr>
          <w:p>
            <w:r>
              <w:t>расхождение описано; нужен обмер или решение о площади</w:t>
            </w:r>
          </w:p>
        </w:tc>
        <w:tc>
          <w:tcPr>
            <w:tcW w:type="dxa" w:w="1728"/>
          </w:tcPr>
          <w:p>
            <w:r>
              <w:t>не устранено — нужно техническое решение, вне пилота</w:t>
            </w:r>
          </w:p>
        </w:tc>
      </w:tr>
    </w:tbl>
    <w:p>
      <w:pPr>
        <w:pStyle w:val="Heading2"/>
      </w:pPr>
      <w:r>
        <w:t>4. Состав комплекта: готово, проекты, недостаёт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Группа</w:t>
            </w:r>
          </w:p>
        </w:tc>
        <w:tc>
          <w:tcPr>
            <w:tcW w:type="dxa" w:w="1728"/>
          </w:tcPr>
          <w:p>
            <w:r>
              <w:t>Документ</w:t>
            </w:r>
          </w:p>
        </w:tc>
        <w:tc>
          <w:tcPr>
            <w:tcW w:type="dxa" w:w="1728"/>
          </w:tcPr>
          <w:p>
            <w:r>
              <w:t>Требование</w:t>
            </w:r>
          </w:p>
        </w:tc>
        <w:tc>
          <w:tcPr>
            <w:tcW w:type="dxa" w:w="1728"/>
          </w:tcPr>
          <w:p>
            <w:r>
              <w:t>Состояние</w:t>
            </w:r>
          </w:p>
        </w:tc>
        <w:tc>
          <w:tcPr>
            <w:tcW w:type="dxa" w:w="1728"/>
          </w:tcPr>
          <w:p>
            <w:r>
              <w:t>Можно ли приложить к письму</w:t>
            </w:r>
          </w:p>
        </w:tc>
      </w:tr>
      <w:tr>
        <w:tc>
          <w:tcPr>
            <w:tcW w:type="dxa" w:w="1728"/>
          </w:tcPr>
          <w:p>
            <w:r>
              <w:t>Готово</w:t>
            </w:r>
          </w:p>
        </w:tc>
        <w:tc>
          <w:tcPr>
            <w:tcW w:type="dxa" w:w="1728"/>
          </w:tcPr>
          <w:p>
            <w:r>
              <w:t>Копия страниц журнала производства работ за сентябрь 2026 года</w:t>
            </w:r>
          </w:p>
        </w:tc>
        <w:tc>
          <w:tcPr>
            <w:tcW w:type="dxa" w:w="1728"/>
          </w:tcPr>
          <w:p>
            <w:r>
              <w:t>п. 3.1 «г»</w:t>
            </w:r>
          </w:p>
        </w:tc>
        <w:tc>
          <w:tcPr>
            <w:tcW w:type="dxa" w:w="1728"/>
          </w:tcPr>
          <w:p>
            <w:r>
              <w:t>получена от клиента; высота газона в журнале не записана</w:t>
            </w:r>
          </w:p>
        </w:tc>
        <w:tc>
          <w:tcPr>
            <w:tcW w:type="dxa" w:w="1728"/>
          </w:tcPr>
          <w:p>
            <w:r>
              <w:t>да</w:t>
            </w:r>
          </w:p>
        </w:tc>
      </w:tr>
      <w:tr>
        <w:tc>
          <w:tcPr>
            <w:tcW w:type="dxa" w:w="1728"/>
          </w:tcPr>
          <w:p>
            <w:r>
              <w:t>Готово</w:t>
            </w:r>
          </w:p>
        </w:tc>
        <w:tc>
          <w:tcPr>
            <w:tcW w:type="dxa" w:w="1728"/>
          </w:tcPr>
          <w:p>
            <w:r>
              <w:t>Фотографии до и после по участкам 1, 2 и 4</w:t>
            </w:r>
          </w:p>
        </w:tc>
        <w:tc>
          <w:tcPr>
            <w:tcW w:type="dxa" w:w="1728"/>
          </w:tcPr>
          <w:p>
            <w:r>
              <w:t>п. 3.1 «в», п. 4.3</w:t>
            </w:r>
          </w:p>
        </w:tc>
        <w:tc>
          <w:tcPr>
            <w:tcW w:type="dxa" w:w="1728"/>
          </w:tcPr>
          <w:p>
            <w:r>
              <w:t>получены от клиента</w:t>
            </w:r>
          </w:p>
        </w:tc>
        <w:tc>
          <w:tcPr>
            <w:tcW w:type="dxa" w:w="1728"/>
          </w:tcPr>
          <w:p>
            <w:r>
              <w:t>да</w:t>
            </w:r>
          </w:p>
        </w:tc>
      </w:tr>
      <w:tr>
        <w:tc>
          <w:tcPr>
            <w:tcW w:type="dxa" w:w="1728"/>
          </w:tcPr>
          <w:p>
            <w:r>
              <w:t>Проект</w:t>
            </w:r>
          </w:p>
        </w:tc>
        <w:tc>
          <w:tcPr>
            <w:tcW w:type="dxa" w:w="1728"/>
          </w:tcPr>
          <w:p>
            <w:r>
              <w:t>Акт сдачи-приёмки по форме Приложения 3, 2 экз.</w:t>
            </w:r>
          </w:p>
        </w:tc>
        <w:tc>
          <w:tcPr>
            <w:tcW w:type="dxa" w:w="1728"/>
          </w:tcPr>
          <w:p>
            <w:r>
              <w:t>п. 3.1 «а»</w:t>
            </w:r>
          </w:p>
        </w:tc>
        <w:tc>
          <w:tcPr>
            <w:tcW w:type="dxa" w:w="1728"/>
          </w:tcPr>
          <w:p>
            <w:r>
              <w:t>проект подготовлен; площадь не подтверждена клиентом</w:t>
            </w:r>
          </w:p>
        </w:tc>
        <w:tc>
          <w:tcPr>
            <w:tcW w:type="dxa" w:w="1728"/>
          </w:tcPr>
          <w:p>
            <w:r>
              <w:t>после утверждения и подписи клиентом</w:t>
            </w:r>
          </w:p>
        </w:tc>
      </w:tr>
      <w:tr>
        <w:tc>
          <w:tcPr>
            <w:tcW w:type="dxa" w:w="1728"/>
          </w:tcPr>
          <w:p>
            <w:r>
              <w:t>Проект</w:t>
            </w:r>
          </w:p>
        </w:tc>
        <w:tc>
          <w:tcPr>
            <w:tcW w:type="dxa" w:w="1728"/>
          </w:tcPr>
          <w:p>
            <w:r>
              <w:t>Сопроводительное письмо</w:t>
            </w:r>
          </w:p>
        </w:tc>
        <w:tc>
          <w:tcPr>
            <w:tcW w:type="dxa" w:w="1728"/>
          </w:tcPr>
          <w:p>
            <w:r>
              <w:t>п. 3.4</w:t>
            </w:r>
          </w:p>
        </w:tc>
        <w:tc>
          <w:tcPr>
            <w:tcW w:type="dxa" w:w="1728"/>
          </w:tcPr>
          <w:p>
            <w:r>
              <w:t>проект подготовлен</w:t>
            </w:r>
          </w:p>
        </w:tc>
        <w:tc>
          <w:tcPr>
            <w:tcW w:type="dxa" w:w="1728"/>
          </w:tcPr>
          <w:p>
            <w:r>
              <w:t>после утверждения клиентом</w:t>
            </w:r>
          </w:p>
        </w:tc>
      </w:tr>
      <w:tr>
        <w:tc>
          <w:tcPr>
            <w:tcW w:type="dxa" w:w="1728"/>
          </w:tcPr>
          <w:p>
            <w:r>
              <w:t>Недостаёт</w:t>
            </w:r>
          </w:p>
        </w:tc>
        <w:tc>
          <w:tcPr>
            <w:tcW w:type="dxa" w:w="1728"/>
          </w:tcPr>
          <w:p>
            <w:r>
              <w:t>Отчёт о выполненных работах по форме Приложения 4</w:t>
            </w:r>
          </w:p>
        </w:tc>
        <w:tc>
          <w:tcPr>
            <w:tcW w:type="dxa" w:w="1728"/>
          </w:tcPr>
          <w:p>
            <w:r>
              <w:t>п. 3.1 «б»</w:t>
            </w:r>
          </w:p>
        </w:tc>
        <w:tc>
          <w:tcPr>
            <w:tcW w:type="dxa" w:w="1728"/>
          </w:tcPr>
          <w:p>
            <w:r>
              <w:t>форма отчёта не получена, отчёт не подготовлен</w:t>
            </w:r>
          </w:p>
        </w:tc>
        <w:tc>
          <w:tcPr>
            <w:tcW w:type="dxa" w:w="1728"/>
          </w:tcPr>
          <w:p>
            <w:r>
              <w:t>нет</w:t>
            </w:r>
          </w:p>
        </w:tc>
      </w:tr>
      <w:tr>
        <w:tc>
          <w:tcPr>
            <w:tcW w:type="dxa" w:w="1728"/>
          </w:tcPr>
          <w:p>
            <w:r>
              <w:t>Недостаёт</w:t>
            </w:r>
          </w:p>
        </w:tc>
        <w:tc>
          <w:tcPr>
            <w:tcW w:type="dxa" w:w="1728"/>
          </w:tcPr>
          <w:p>
            <w:r>
              <w:t>Фотографии «после» по участку 3</w:t>
            </w:r>
          </w:p>
        </w:tc>
        <w:tc>
          <w:tcPr>
            <w:tcW w:type="dxa" w:w="1728"/>
          </w:tcPr>
          <w:p>
            <w:r>
              <w:t>п. 4.3</w:t>
            </w:r>
          </w:p>
        </w:tc>
        <w:tc>
          <w:tcPr>
            <w:tcW w:type="dxa" w:w="1728"/>
          </w:tcPr>
          <w:p>
            <w:r>
              <w:t>запрошены у бригадира, не получены</w:t>
            </w:r>
          </w:p>
        </w:tc>
        <w:tc>
          <w:tcPr>
            <w:tcW w:type="dxa" w:w="1728"/>
          </w:tcPr>
          <w:p>
            <w:r>
              <w:t>нет</w:t>
            </w:r>
          </w:p>
        </w:tc>
      </w:tr>
      <w:tr>
        <w:tc>
          <w:tcPr>
            <w:tcW w:type="dxa" w:w="1728"/>
          </w:tcPr>
          <w:p>
            <w:r>
              <w:t>Недостаёт</w:t>
            </w:r>
          </w:p>
        </w:tc>
        <w:tc>
          <w:tcPr>
            <w:tcW w:type="dxa" w:w="1728"/>
          </w:tcPr>
          <w:p>
            <w:r>
              <w:t>Фотографии погрузки травы за 12.09</w:t>
            </w:r>
          </w:p>
        </w:tc>
        <w:tc>
          <w:tcPr>
            <w:tcW w:type="dxa" w:w="1728"/>
          </w:tcPr>
          <w:p>
            <w:r>
              <w:t>п. 4.2, ТЗ 2.3</w:t>
            </w:r>
          </w:p>
        </w:tc>
        <w:tc>
          <w:tcPr>
            <w:tcW w:type="dxa" w:w="1728"/>
          </w:tcPr>
          <w:p>
            <w:r>
              <w:t>запрошены у бригадира, не получены</w:t>
            </w:r>
          </w:p>
        </w:tc>
        <w:tc>
          <w:tcPr>
            <w:tcW w:type="dxa" w:w="1728"/>
          </w:tcPr>
          <w:p>
            <w:r>
              <w:t>нет</w:t>
            </w:r>
          </w:p>
        </w:tc>
      </w:tr>
    </w:tbl>
    <w:p>
      <w:pPr>
        <w:pStyle w:val="Heading2"/>
      </w:pPr>
      <w:r>
        <w:t>5. Проект сопроводительного письма</w:t>
      </w:r>
    </w:p>
    <w:p>
      <w:r>
        <w:t>В канцелярию «Образец-Заказчик». Исх. № ____ от ____ (заполняет подрядчик).</w:t>
      </w:r>
    </w:p>
    <w:p>
      <w:r>
        <w:t>О передаче документов за сентябрь 2026 года по договору № УО-01/2026.</w:t>
      </w:r>
    </w:p>
    <w:p>
      <w:r>
        <w:t>В соответствии с пунктами 3.1 и 3.4 договора направляем: акт сдачи-приёмки по форме Приложения 3 — 2 экз.; фотографии до и после по участкам 1, 2 и 4; копию страниц журнала производства работ за сентябрь 2026 года.</w:t>
      </w:r>
    </w:p>
    <w:p>
      <w:r>
        <w:t>Не прилагаются: отчёт о выполненных работах по форме Приложения 4 — форма отчёта подрядчиком не получена; фотографии «после» по участку 3 и фотографии погрузки травы за 12.09 — отсутствуют. Будут переданы дополнительно после получения.</w:t>
      </w:r>
    </w:p>
    <w:p>
      <w:r>
        <w:t>По замечаниям к акту за август: разбивка по участкам внесена в акт за сентябрь. Замечания по фотографиям и по площади покоса не устранены: недостающие фотографии запрошены, по площади требуется решение сторон.</w:t>
      </w:r>
    </w:p>
    <w:p>
      <w:r>
        <w:t>Подпись и дата — уполномоченное лицо подрядчика.</w:t>
      </w:r>
    </w:p>
    <w:p>
      <w:r>
        <w:t>Это проект письма. Перечень приложений в нём совпадает с разделом 4: названо только готовое и акт, который клиент ещё должен утвердить. Передавать ли комплект без недостающего или дождаться его — решает клиент.</w:t>
      </w:r>
    </w:p>
    <w:p>
      <w:pPr>
        <w:pStyle w:val="Heading2"/>
      </w:pPr>
      <w:r>
        <w:t>6. Итоговая сводка</w:t>
      </w:r>
    </w:p>
    <w:p>
      <w:pPr>
        <w:pStyle w:val="ListBullet"/>
      </w:pPr>
      <w:r>
        <w:t>Требований договора по выбранной группе работ разобрано: 10; у каждого указан пункт договора или ТЗ.</w:t>
      </w:r>
    </w:p>
    <w:p>
      <w:pPr>
        <w:pStyle w:val="ListBullet"/>
      </w:pPr>
      <w:r>
        <w:t>Не установлено по документам: 1 требование (обрезка кустарников — нет объёма и срока).</w:t>
      </w:r>
    </w:p>
    <w:p>
      <w:pPr>
        <w:pStyle w:val="ListBullet"/>
      </w:pPr>
      <w:r>
        <w:t>Недостающих документов и подтверждений: 6; запрошено 5, одно ждёт решения клиента.</w:t>
      </w:r>
    </w:p>
    <w:p>
      <w:pPr>
        <w:pStyle w:val="ListBullet"/>
      </w:pPr>
      <w:r>
        <w:t>Замечаний заказчика в реестре: 3; учтено в проекте акта 1 (устранение подтверждает заказчик), не устранено 2.</w:t>
      </w:r>
    </w:p>
    <w:p>
      <w:pPr>
        <w:pStyle w:val="ListBullet"/>
      </w:pPr>
      <w:r>
        <w:t>Состав комплекта, позиций: 7; готово 2, проекты 2 (акт и сопроводительное письмо), недостаёт 3. Отчёт — после получения формы Приложения 4.</w:t>
      </w:r>
    </w:p>
    <w:p>
      <w:pPr>
        <w:pStyle w:val="ListBullet"/>
      </w:pPr>
      <w:r>
        <w:t>Факт выполнения работ, объёмы и площадь в образце условные. В настоящем заказе их подтверждает и подписывает клиент.</w:t>
      </w:r>
    </w:p>
    <w:p>
      <w:pPr>
        <w:pStyle w:val="ListBullet"/>
      </w:pPr>
      <w:r>
        <w:t>Приёмку и оплату заказчиком результат не гарантирует.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